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כפולות 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בעברית שיש להן יותר ממשמעות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הקשר המשפט קובע את המשמעות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יצירה של בדיחות וציורים מילוליים סביב מילים כפולות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מדינה באסיה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מוני (כמו מונית)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כל התשובות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איבר של ציפור וגם חלק במטוס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שני הפירושים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משנה את המשמעות של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בהבדל בין ארצה לארצה (שלה)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האותיות יכולות להישמע דומה בהגייה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יכולה להתייחס גם לתספורת ישרה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נגיד בנק ישראל, או 'הוא יגיד'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 - יש לה לפחות שתי משמעויות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המילים סביב המילה מכוונות אותנו למשמעות הנכונה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החלקה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כנף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לשתי המשמעויות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(מדינה באסיה / סוג עוף)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(איבר בגוף לראייה / מעיין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(איבר של ציפור / חלק במטוס)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(ראש בנק ישראל / צורת עתיד של להגיד)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(תספורת ישרה / גלישה על קרח)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לפתרון חידה בתמונה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בתמונה ומנסים להבין מה רואים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הרמז הכתוב ליד התמונה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על שתי משמעויות אפשריות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הכפתור 'גלו' כדי לבדוק את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אם הניחוש התאים לתשובה הנכונה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בתוך המילה אלמונית אפשר למצוא את הצירוף מוני, כמו במילה מונית, ולכן אפשר לצייר מצב מצחיק של מונית שנוסעת למקום בשם אלמונית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ערב יכול להיות גם חלק מהיום (בין היום ללילה) וגם לערבב משהו, או שם של מדינה (ערב הסעודית)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כתב מילה אמיתית עם שתי משמעויות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להסביר שההקשר עוזר לבחור את הפירוש המתאים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טובה: ארצה/ארצה (שלה), או דוגמה דומה מהשיעור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כמה תמונות מהדף בכיתה ולבקש מהתלמידים לנחש את שתי המשמעויות לפני שחושפים 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ליצור בעצמם מילה כפולת משמעות ולצייר אותה, כמו באתגרים שבדף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כפולות 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בעברית עם שתי משמעויות. למשל המילה 'הודו' - גם מדינה וגם עוף. נלמד לזהות מילים כאלה.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כפולת 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שיש לה שני פירושים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הומונים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שנשמעות או נכתבות אותו דבר אך משמען 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קטנה מתחת לאות ה' שיכולה לשנות את משמעות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יחד שיוצרות משמעות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בעברית שהמשמעות שלו שונה מהמילים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או המצב שעוזר להבין איזו משמעות מתאימה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מילולית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הפירוש הפשוט והישיר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נגזרות מילים במשפחה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'הודו'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מדינה באסיה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'הודו'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מסתתר ב'אלמונית'?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מוני (כמו מונית)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אלמוג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'מעוצב' יכול להתייחס?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התשובות נכונות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'כנף' יכולה להיות?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איבר של ציפור וגם חלק במטוס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- גם גוף וגם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'אחים' מראה בתמונה?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 במשפחה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אש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הפירושים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המפיק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משנה את המשמעות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משנה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מבטל את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הופך לשאלה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מפיק הוא נקודה קטנה שיכולה לשנות את משמעות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'עם' ו'אם' נשמעות דומה בגלל האותיות ע' ו-א'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'החלקה' יכולה להתייחס רק להחלקה על קרח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'נגיד' יכולה להיות גם תפקיד וגם צורת פועל בעתיד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כפולת משמעות היא מילה שיש לה פירוש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ההקשר במשפט עוזר להבין איזו משמעות של המילה מתאימה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יכולה להיות גם מדינה באסיה וגם סוג של עוף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__________ יכולה להיות גם איבר בגוף לראייה וגם מעיין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הנקודה הקטנה מתחת לאות ה'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__________ יכולה להתייחס גם לתספורת ישרה וגם לגלישה על הקרח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__________ יכולה להיות גם איבר של ציפור וגם חלק במטוס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לשתי המשמעויות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ראש בנק ישראל / צורת עתיד של להגיד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תספורת ישרה / גלישה על קרח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כנף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מדינה באסיה / סוג עוף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נגיד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איבר בגוף לראייה / מעיין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החלקה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איבר של ציפור / חלק במטוס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לפתרון חידה בתמונה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הכפתור 'גלו' כדי לבדוק את התשובה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הניחוש התאים לתשובה הנכונה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הרמז הכתוב ליד התמונה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שתי משמעויות אפשריות למילה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בתמונה ומנסים להבין מה רואים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המילה 'אלמונית' יכולה להסתיר בתוכה את המילה 'מוני' (כמו מונית), ולמה זה מצחיק בתמונה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מהו ההבדל בין המילה 'ערב' כזמן ביום לבין מילה אחרת שנשמעת דומה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כפולת משמעות ושתי המשמעויות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ההקשר בהבנת מילה כפולת משמעות?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שמשנה משמעות בגלל מפיק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כפולות משמעות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