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משחקי מילים בתמונות</w:t>
            </w:r>
          </w:p>
          <w:p>
            <w:pPr>
              <w:bidi/>
              <w:jc w:val="right"/>
            </w:pPr>
            <w:r>
              <w:rPr>
                <w:rFonts w:ascii="Arial" w:hAnsi="Arial" w:cs="Arial" w:eastAsia="Arial"/>
                <w:lang w:val="he-IL" w:bidi="he-IL"/>
                <w:b/>
                <w:color w:val="3C1361"/>
                <w:sz w:val="32"/>
                <w:rtl/>
                <w:szCs w:val="32"/>
                <w:bCs/>
              </w:rPr>
              <w:t>דף תרגול: מילים כפולות משמעות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מילים בעברית שיש להן יותר ממשמעות אחת</w:t>
      </w:r>
    </w:p>
    <w:p>
      <w:pPr>
        <w:bidi/>
        <w:spacing w:after="80"/>
        <w:jc w:val="right"/>
      </w:pPr>
      <w:r>
        <w:rPr>
          <w:rFonts w:ascii="Arial" w:hAnsi="Arial" w:cs="Arial" w:eastAsia="Arial"/>
          <w:lang w:val="he-IL" w:bidi="he-IL"/>
          <w:sz w:val="22"/>
          <w:rtl/>
          <w:szCs w:val="22"/>
        </w:rPr>
        <w:t>• לזהות כיצד הקשר המשפט קובע את המשמעות הנכונה</w:t>
      </w:r>
    </w:p>
    <w:p>
      <w:pPr>
        <w:bidi/>
        <w:spacing w:after="80"/>
        <w:jc w:val="right"/>
      </w:pPr>
      <w:r>
        <w:rPr>
          <w:rFonts w:ascii="Arial" w:hAnsi="Arial" w:cs="Arial" w:eastAsia="Arial"/>
          <w:lang w:val="he-IL" w:bidi="he-IL"/>
          <w:sz w:val="22"/>
          <w:rtl/>
          <w:szCs w:val="22"/>
        </w:rPr>
        <w:t>• לתרגל יצירה של בדיחות וציורים מילוליים סביב מילים כפולות משמעות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א – מדינה באסיה</w:t>
      </w:r>
    </w:p>
    <w:p>
      <w:pPr>
        <w:bidi/>
        <w:spacing w:after="40"/>
        <w:jc w:val="right"/>
      </w:pPr>
      <w:r>
        <w:rPr>
          <w:rFonts w:ascii="Arial" w:hAnsi="Arial" w:cs="Arial" w:eastAsia="Arial"/>
          <w:lang w:val="he-IL" w:bidi="he-IL"/>
          <w:sz w:val="22"/>
          <w:rtl/>
          <w:szCs w:val="22"/>
        </w:rPr>
        <w:t>2. א – עוף</w:t>
      </w:r>
    </w:p>
    <w:p>
      <w:pPr>
        <w:bidi/>
        <w:spacing w:after="40"/>
        <w:jc w:val="right"/>
      </w:pPr>
      <w:r>
        <w:rPr>
          <w:rFonts w:ascii="Arial" w:hAnsi="Arial" w:cs="Arial" w:eastAsia="Arial"/>
          <w:lang w:val="he-IL" w:bidi="he-IL"/>
          <w:sz w:val="22"/>
          <w:rtl/>
          <w:szCs w:val="22"/>
        </w:rPr>
        <w:t>3. א – מוני (כמו מונית)</w:t>
      </w:r>
    </w:p>
    <w:p>
      <w:pPr>
        <w:bidi/>
        <w:spacing w:after="40"/>
        <w:jc w:val="right"/>
      </w:pPr>
      <w:r>
        <w:rPr>
          <w:rFonts w:ascii="Arial" w:hAnsi="Arial" w:cs="Arial" w:eastAsia="Arial"/>
          <w:lang w:val="he-IL" w:bidi="he-IL"/>
          <w:sz w:val="22"/>
          <w:rtl/>
          <w:szCs w:val="22"/>
        </w:rPr>
        <w:t>4. ד – כל התשובות נכונות</w:t>
      </w:r>
    </w:p>
    <w:p>
      <w:pPr>
        <w:bidi/>
        <w:spacing w:after="40"/>
        <w:jc w:val="right"/>
      </w:pPr>
      <w:r>
        <w:rPr>
          <w:rFonts w:ascii="Arial" w:hAnsi="Arial" w:cs="Arial" w:eastAsia="Arial"/>
          <w:lang w:val="he-IL" w:bidi="he-IL"/>
          <w:sz w:val="22"/>
          <w:rtl/>
          <w:szCs w:val="22"/>
        </w:rPr>
        <w:t>5. א – איבר של ציפור וגם חלק במטוס</w:t>
      </w:r>
    </w:p>
    <w:p>
      <w:pPr>
        <w:bidi/>
        <w:spacing w:after="40"/>
        <w:jc w:val="right"/>
      </w:pPr>
      <w:r>
        <w:rPr>
          <w:rFonts w:ascii="Arial" w:hAnsi="Arial" w:cs="Arial" w:eastAsia="Arial"/>
          <w:lang w:val="he-IL" w:bidi="he-IL"/>
          <w:sz w:val="22"/>
          <w:rtl/>
          <w:szCs w:val="22"/>
        </w:rPr>
        <w:t>6. א – עין</w:t>
      </w:r>
    </w:p>
    <w:p>
      <w:pPr>
        <w:bidi/>
        <w:spacing w:after="40"/>
        <w:jc w:val="right"/>
      </w:pPr>
      <w:r>
        <w:rPr>
          <w:rFonts w:ascii="Arial" w:hAnsi="Arial" w:cs="Arial" w:eastAsia="Arial"/>
          <w:lang w:val="he-IL" w:bidi="he-IL"/>
          <w:sz w:val="22"/>
          <w:rtl/>
          <w:szCs w:val="22"/>
        </w:rPr>
        <w:t>7. ג – שני הפירושים ביחד</w:t>
      </w:r>
    </w:p>
    <w:p>
      <w:pPr>
        <w:bidi/>
        <w:spacing w:after="40"/>
        <w:jc w:val="right"/>
      </w:pPr>
      <w:r>
        <w:rPr>
          <w:rFonts w:ascii="Arial" w:hAnsi="Arial" w:cs="Arial" w:eastAsia="Arial"/>
          <w:lang w:val="he-IL" w:bidi="he-IL"/>
          <w:sz w:val="22"/>
          <w:rtl/>
          <w:szCs w:val="22"/>
        </w:rPr>
        <w:t>8. א – משנה את המשמעות של המילה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כמו בהבדל בין ארצה לארצה (שלה)</w:t>
      </w:r>
    </w:p>
    <w:p>
      <w:pPr>
        <w:bidi/>
        <w:spacing w:after="40"/>
        <w:jc w:val="right"/>
      </w:pPr>
      <w:r>
        <w:rPr>
          <w:rFonts w:ascii="Arial" w:hAnsi="Arial" w:cs="Arial" w:eastAsia="Arial"/>
          <w:lang w:val="he-IL" w:bidi="he-IL"/>
          <w:sz w:val="22"/>
          <w:rtl/>
          <w:szCs w:val="22"/>
        </w:rPr>
        <w:t>2. נכון – שתי האותיות יכולות להישמע דומה בהגייה</w:t>
      </w:r>
    </w:p>
    <w:p>
      <w:pPr>
        <w:bidi/>
        <w:spacing w:after="40"/>
        <w:jc w:val="right"/>
      </w:pPr>
      <w:r>
        <w:rPr>
          <w:rFonts w:ascii="Arial" w:hAnsi="Arial" w:cs="Arial" w:eastAsia="Arial"/>
          <w:lang w:val="he-IL" w:bidi="he-IL"/>
          <w:sz w:val="22"/>
          <w:rtl/>
          <w:szCs w:val="22"/>
        </w:rPr>
        <w:t>3. לא נכון – היא יכולה להתייחס גם לתספורת ישרה</w:t>
      </w:r>
    </w:p>
    <w:p>
      <w:pPr>
        <w:bidi/>
        <w:spacing w:after="40"/>
        <w:jc w:val="right"/>
      </w:pPr>
      <w:r>
        <w:rPr>
          <w:rFonts w:ascii="Arial" w:hAnsi="Arial" w:cs="Arial" w:eastAsia="Arial"/>
          <w:lang w:val="he-IL" w:bidi="he-IL"/>
          <w:sz w:val="22"/>
          <w:rtl/>
          <w:szCs w:val="22"/>
        </w:rPr>
        <w:t>4. נכון – נגיד בנק ישראל, או 'הוא יגיד'</w:t>
      </w:r>
    </w:p>
    <w:p>
      <w:pPr>
        <w:bidi/>
        <w:spacing w:after="40"/>
        <w:jc w:val="right"/>
      </w:pPr>
      <w:r>
        <w:rPr>
          <w:rFonts w:ascii="Arial" w:hAnsi="Arial" w:cs="Arial" w:eastAsia="Arial"/>
          <w:lang w:val="he-IL" w:bidi="he-IL"/>
          <w:sz w:val="22"/>
          <w:rtl/>
          <w:szCs w:val="22"/>
        </w:rPr>
        <w:t>5. לא נכון – להפך - יש לה לפחות שתי משמעויות שונות</w:t>
      </w:r>
    </w:p>
    <w:p>
      <w:pPr>
        <w:bidi/>
        <w:spacing w:after="40"/>
        <w:jc w:val="right"/>
      </w:pPr>
      <w:r>
        <w:rPr>
          <w:rFonts w:ascii="Arial" w:hAnsi="Arial" w:cs="Arial" w:eastAsia="Arial"/>
          <w:lang w:val="he-IL" w:bidi="he-IL"/>
          <w:sz w:val="22"/>
          <w:rtl/>
          <w:szCs w:val="22"/>
        </w:rPr>
        <w:t>6. נכון – המילים סביב המילה מכוונות אותנו למשמעות הנכונה</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הודו</w:t>
      </w:r>
    </w:p>
    <w:p>
      <w:pPr>
        <w:bidi/>
        <w:spacing w:after="40"/>
        <w:jc w:val="right"/>
      </w:pPr>
      <w:r>
        <w:rPr>
          <w:rFonts w:ascii="Arial" w:hAnsi="Arial" w:cs="Arial" w:eastAsia="Arial"/>
          <w:lang w:val="he-IL" w:bidi="he-IL"/>
          <w:sz w:val="22"/>
          <w:rtl/>
          <w:szCs w:val="22"/>
        </w:rPr>
        <w:t>2. עין</w:t>
      </w:r>
    </w:p>
    <w:p>
      <w:pPr>
        <w:bidi/>
        <w:spacing w:after="40"/>
        <w:jc w:val="right"/>
      </w:pPr>
      <w:r>
        <w:rPr>
          <w:rFonts w:ascii="Arial" w:hAnsi="Arial" w:cs="Arial" w:eastAsia="Arial"/>
          <w:lang w:val="he-IL" w:bidi="he-IL"/>
          <w:sz w:val="22"/>
          <w:rtl/>
          <w:szCs w:val="22"/>
        </w:rPr>
        <w:t>3. מפיק</w:t>
      </w:r>
    </w:p>
    <w:p>
      <w:pPr>
        <w:bidi/>
        <w:spacing w:after="40"/>
        <w:jc w:val="right"/>
      </w:pPr>
      <w:r>
        <w:rPr>
          <w:rFonts w:ascii="Arial" w:hAnsi="Arial" w:cs="Arial" w:eastAsia="Arial"/>
          <w:lang w:val="he-IL" w:bidi="he-IL"/>
          <w:sz w:val="22"/>
          <w:rtl/>
          <w:szCs w:val="22"/>
        </w:rPr>
        <w:t>4. החלקה</w:t>
      </w:r>
    </w:p>
    <w:p>
      <w:pPr>
        <w:bidi/>
        <w:spacing w:after="40"/>
        <w:jc w:val="right"/>
      </w:pPr>
      <w:r>
        <w:rPr>
          <w:rFonts w:ascii="Arial" w:hAnsi="Arial" w:cs="Arial" w:eastAsia="Arial"/>
          <w:lang w:val="he-IL" w:bidi="he-IL"/>
          <w:sz w:val="22"/>
          <w:rtl/>
          <w:szCs w:val="22"/>
        </w:rPr>
        <w:t>5. כנף</w:t>
      </w:r>
    </w:p>
    <w:p>
      <w:pPr>
        <w:bidi/>
        <w:pStyle w:val="Heading3"/>
        <w:spacing w:after="80"/>
        <w:jc w:val="right"/>
      </w:pPr>
      <w:r>
        <w:rPr>
          <w:rFonts w:ascii="Arial" w:hAnsi="Arial" w:cs="Arial" w:eastAsia="Arial"/>
          <w:lang w:val="he-IL" w:bidi="he-IL"/>
          <w:b/>
          <w:color w:val="38A169"/>
          <w:sz w:val="26"/>
          <w:rtl/>
          <w:szCs w:val="26"/>
          <w:bCs/>
        </w:rPr>
        <w:t>חלק ד׳ – התאימו מילה לשתי המשמעויות שלה</w:t>
      </w:r>
    </w:p>
    <w:p>
      <w:pPr>
        <w:bidi/>
        <w:spacing w:after="40"/>
        <w:jc w:val="right"/>
      </w:pPr>
      <w:r>
        <w:rPr>
          <w:rFonts w:ascii="Arial" w:hAnsi="Arial" w:cs="Arial" w:eastAsia="Arial"/>
          <w:lang w:val="he-IL" w:bidi="he-IL"/>
          <w:sz w:val="22"/>
          <w:rtl/>
          <w:szCs w:val="22"/>
        </w:rPr>
        <w:t>1 – ה (מדינה באסיה / סוג עוף)</w:t>
      </w:r>
    </w:p>
    <w:p>
      <w:pPr>
        <w:bidi/>
        <w:spacing w:after="40"/>
        <w:jc w:val="right"/>
      </w:pPr>
      <w:r>
        <w:rPr>
          <w:rFonts w:ascii="Arial" w:hAnsi="Arial" w:cs="Arial" w:eastAsia="Arial"/>
          <w:lang w:val="he-IL" w:bidi="he-IL"/>
          <w:sz w:val="22"/>
          <w:rtl/>
          <w:szCs w:val="22"/>
        </w:rPr>
        <w:t>2 – ד (איבר בגוף לראייה / מעיין מים)</w:t>
      </w:r>
    </w:p>
    <w:p>
      <w:pPr>
        <w:bidi/>
        <w:spacing w:after="40"/>
        <w:jc w:val="right"/>
      </w:pPr>
      <w:r>
        <w:rPr>
          <w:rFonts w:ascii="Arial" w:hAnsi="Arial" w:cs="Arial" w:eastAsia="Arial"/>
          <w:lang w:val="he-IL" w:bidi="he-IL"/>
          <w:sz w:val="22"/>
          <w:rtl/>
          <w:szCs w:val="22"/>
        </w:rPr>
        <w:t>3 – א (איבר של ציפור / חלק במטוס)</w:t>
      </w:r>
    </w:p>
    <w:p>
      <w:pPr>
        <w:bidi/>
        <w:spacing w:after="40"/>
        <w:jc w:val="right"/>
      </w:pPr>
      <w:r>
        <w:rPr>
          <w:rFonts w:ascii="Arial" w:hAnsi="Arial" w:cs="Arial" w:eastAsia="Arial"/>
          <w:lang w:val="he-IL" w:bidi="he-IL"/>
          <w:sz w:val="22"/>
          <w:rtl/>
          <w:szCs w:val="22"/>
        </w:rPr>
        <w:t>4 – ג (ראש בנק ישראל / צורת עתיד של להגיד)</w:t>
      </w:r>
    </w:p>
    <w:p>
      <w:pPr>
        <w:bidi/>
        <w:spacing w:after="40"/>
        <w:jc w:val="right"/>
      </w:pPr>
      <w:r>
        <w:rPr>
          <w:rFonts w:ascii="Arial" w:hAnsi="Arial" w:cs="Arial" w:eastAsia="Arial"/>
          <w:lang w:val="he-IL" w:bidi="he-IL"/>
          <w:sz w:val="22"/>
          <w:rtl/>
          <w:szCs w:val="22"/>
        </w:rPr>
        <w:t>5 – ב (תספורת ישרה / גלישה על קרח)</w:t>
      </w:r>
    </w:p>
    <w:p>
      <w:pPr>
        <w:bidi/>
        <w:pStyle w:val="Heading3"/>
        <w:spacing w:after="80"/>
        <w:jc w:val="right"/>
      </w:pPr>
      <w:r>
        <w:rPr>
          <w:rFonts w:ascii="Arial" w:hAnsi="Arial" w:cs="Arial" w:eastAsia="Arial"/>
          <w:lang w:val="he-IL" w:bidi="he-IL"/>
          <w:b/>
          <w:color w:val="805AD5"/>
          <w:sz w:val="26"/>
          <w:rtl/>
          <w:szCs w:val="26"/>
          <w:bCs/>
        </w:rPr>
        <w:t>חלק ה׳ – סדר נכון לפתרון חידה בתמונה</w:t>
      </w:r>
    </w:p>
    <w:p>
      <w:pPr>
        <w:bidi/>
        <w:spacing w:after="40"/>
        <w:jc w:val="right"/>
      </w:pPr>
      <w:r>
        <w:rPr>
          <w:rFonts w:ascii="Arial" w:hAnsi="Arial" w:cs="Arial" w:eastAsia="Arial"/>
          <w:lang w:val="he-IL" w:bidi="he-IL"/>
          <w:sz w:val="22"/>
          <w:rtl/>
          <w:szCs w:val="22"/>
        </w:rPr>
        <w:t>1. מסתכלים בתמונה ומנסים להבין מה רואים בה</w:t>
      </w:r>
    </w:p>
    <w:p>
      <w:pPr>
        <w:bidi/>
        <w:spacing w:after="40"/>
        <w:jc w:val="right"/>
      </w:pPr>
      <w:r>
        <w:rPr>
          <w:rFonts w:ascii="Arial" w:hAnsi="Arial" w:cs="Arial" w:eastAsia="Arial"/>
          <w:lang w:val="he-IL" w:bidi="he-IL"/>
          <w:sz w:val="22"/>
          <w:rtl/>
          <w:szCs w:val="22"/>
        </w:rPr>
        <w:t>2. קוראים את הרמז הכתוב ליד התמונה</w:t>
      </w:r>
    </w:p>
    <w:p>
      <w:pPr>
        <w:bidi/>
        <w:spacing w:after="40"/>
        <w:jc w:val="right"/>
      </w:pPr>
      <w:r>
        <w:rPr>
          <w:rFonts w:ascii="Arial" w:hAnsi="Arial" w:cs="Arial" w:eastAsia="Arial"/>
          <w:lang w:val="he-IL" w:bidi="he-IL"/>
          <w:sz w:val="22"/>
          <w:rtl/>
          <w:szCs w:val="22"/>
        </w:rPr>
        <w:t>3. חושבים על שתי משמעויות אפשריות למילה</w:t>
      </w:r>
    </w:p>
    <w:p>
      <w:pPr>
        <w:bidi/>
        <w:spacing w:after="40"/>
        <w:jc w:val="right"/>
      </w:pPr>
      <w:r>
        <w:rPr>
          <w:rFonts w:ascii="Arial" w:hAnsi="Arial" w:cs="Arial" w:eastAsia="Arial"/>
          <w:lang w:val="he-IL" w:bidi="he-IL"/>
          <w:sz w:val="22"/>
          <w:rtl/>
          <w:szCs w:val="22"/>
        </w:rPr>
        <w:t>4. לוחצים על הכפתור 'גלו' כדי לבדוק את התשובה</w:t>
      </w:r>
    </w:p>
    <w:p>
      <w:pPr>
        <w:bidi/>
        <w:spacing w:after="40"/>
        <w:jc w:val="right"/>
      </w:pPr>
      <w:r>
        <w:rPr>
          <w:rFonts w:ascii="Arial" w:hAnsi="Arial" w:cs="Arial" w:eastAsia="Arial"/>
          <w:lang w:val="he-IL" w:bidi="he-IL"/>
          <w:sz w:val="22"/>
          <w:rtl/>
          <w:szCs w:val="22"/>
        </w:rPr>
        <w:t>5. בודקים אם הניחוש התאים לתשובה הנכונה</w:t>
      </w:r>
    </w:p>
    <w:p>
      <w:pPr>
        <w:bidi/>
        <w:pStyle w:val="Heading3"/>
        <w:spacing w:after="80"/>
        <w:jc w:val="right"/>
      </w:pPr>
      <w:r>
        <w:rPr>
          <w:rFonts w:ascii="Arial" w:hAnsi="Arial" w:cs="Arial" w:eastAsia="Arial"/>
          <w:lang w:val="he-IL" w:bidi="he-IL"/>
          <w:b/>
          <w:color w:val="D53F8C"/>
          <w:sz w:val="26"/>
          <w:rtl/>
          <w:szCs w:val="26"/>
          <w:bCs/>
        </w:rPr>
        <w:t>חלק ו׳ – כתיבה והסבר</w:t>
      </w:r>
    </w:p>
    <w:p>
      <w:pPr>
        <w:bidi/>
        <w:spacing w:after="40"/>
        <w:jc w:val="right"/>
      </w:pPr>
      <w:r>
        <w:rPr>
          <w:rFonts w:ascii="Arial" w:hAnsi="Arial" w:cs="Arial" w:eastAsia="Arial"/>
          <w:lang w:val="he-IL" w:bidi="he-IL"/>
          <w:sz w:val="22"/>
          <w:rtl/>
          <w:szCs w:val="22"/>
        </w:rPr>
        <w:t>1. בתוך המילה אלמונית אפשר למצוא את הצירוף מוני, כמו במילה מונית, ולכן אפשר לצייר מצב מצחיק של מונית שנוסעת למקום בשם אלמונית</w:t>
      </w:r>
    </w:p>
    <w:p>
      <w:pPr>
        <w:bidi/>
        <w:spacing w:after="40"/>
        <w:jc w:val="right"/>
      </w:pPr>
      <w:r>
        <w:rPr>
          <w:rFonts w:ascii="Arial" w:hAnsi="Arial" w:cs="Arial" w:eastAsia="Arial"/>
          <w:lang w:val="he-IL" w:bidi="he-IL"/>
          <w:sz w:val="22"/>
          <w:rtl/>
          <w:szCs w:val="22"/>
        </w:rPr>
        <w:t>2. ערב יכול להיות גם חלק מהיום (בין היום ללילה) וגם לערבב משהו, או שם של מדינה (ערב הסעודית)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בדקו שהתלמיד כתב מילה אמיתית עם שתי משמעויות נכונות</w:t>
      </w:r>
    </w:p>
    <w:p>
      <w:pPr>
        <w:bidi/>
        <w:spacing w:after="80"/>
        <w:jc w:val="right"/>
      </w:pPr>
      <w:r>
        <w:rPr>
          <w:rFonts w:ascii="Arial" w:hAnsi="Arial" w:cs="Arial" w:eastAsia="Arial"/>
          <w:lang w:val="he-IL" w:bidi="he-IL"/>
          <w:sz w:val="22"/>
          <w:rtl/>
          <w:szCs w:val="22"/>
        </w:rPr>
        <w:t>• התשובה צריכה להסביר שההקשר עוזר לבחור את הפירוש המתאים למשפט</w:t>
      </w:r>
    </w:p>
    <w:p>
      <w:pPr>
        <w:bidi/>
        <w:spacing w:after="80"/>
        <w:jc w:val="right"/>
      </w:pPr>
      <w:r>
        <w:rPr>
          <w:rFonts w:ascii="Arial" w:hAnsi="Arial" w:cs="Arial" w:eastAsia="Arial"/>
          <w:lang w:val="he-IL" w:bidi="he-IL"/>
          <w:sz w:val="22"/>
          <w:rtl/>
          <w:szCs w:val="22"/>
        </w:rPr>
        <w:t>• דוגמה טובה: ארצה/ארצה (שלה), או דוגמה דומה מהשיעור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כמה תמונות מהדף בכיתה ולבקש מהתלמידים לנחש את שתי המשמעויות לפני שחושפים את התשובה</w:t>
      </w:r>
    </w:p>
    <w:p>
      <w:pPr>
        <w:bidi/>
        <w:spacing w:after="80"/>
        <w:jc w:val="right"/>
      </w:pPr>
      <w:r>
        <w:rPr>
          <w:rFonts w:ascii="Arial" w:hAnsi="Arial" w:cs="Arial" w:eastAsia="Arial"/>
          <w:lang w:val="he-IL" w:bidi="he-IL"/>
          <w:sz w:val="22"/>
          <w:rtl/>
          <w:szCs w:val="22"/>
        </w:rPr>
        <w:t>• כדאי לעודד את התלמידים ליצור בעצמם מילה כפולת משמעות ולצייר אותה, כמו באתגרים שבדף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משחקי מילים בתמונות</w:t>
            </w:r>
          </w:p>
          <w:p>
            <w:pPr>
              <w:bidi/>
              <w:jc w:val="right"/>
            </w:pPr>
            <w:r>
              <w:rPr>
                <w:rFonts w:ascii="Arial" w:hAnsi="Arial" w:cs="Arial" w:eastAsia="Arial"/>
                <w:lang w:val="he-IL" w:bidi="he-IL"/>
                <w:b/>
                <w:color w:val="3C1361"/>
                <w:sz w:val="32"/>
                <w:rtl/>
                <w:szCs w:val="32"/>
                <w:bCs/>
              </w:rPr>
              <w:t>דף תרגול: מילים כפולות משמעות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המשחקים יש תמונות שבהן מילה אחת מסתתרת בשתי משמעויות שונות, למשל 'הודו' שיכולה להיות מדינה או עוף. בדף התרגול נלמד לזהות מילים כאלה ולהבין איך ההקשר עוזר לנו להבין את הכוונה הנכונה.</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המשמעות הראשונה של המילה 'הודו' לפי התמונה בדף?</w:t>
      </w:r>
    </w:p>
    <w:p>
      <w:pPr>
        <w:bidi/>
        <w:spacing w:after="20"/>
        <w:jc w:val="right"/>
      </w:pPr>
      <w:r>
        <w:rPr>
          <w:rFonts w:ascii="Arial" w:hAnsi="Arial" w:cs="Arial" w:eastAsia="Arial"/>
          <w:lang w:val="he-IL" w:bidi="he-IL"/>
          <w:sz w:val="24"/>
          <w:rtl/>
          <w:szCs w:val="24"/>
        </w:rPr>
        <w:t xml:space="preserve">      ☐ א. מדינה באסיה</w:t>
      </w:r>
    </w:p>
    <w:p>
      <w:pPr>
        <w:bidi/>
        <w:spacing w:after="20"/>
        <w:jc w:val="right"/>
      </w:pPr>
      <w:r>
        <w:rPr>
          <w:rFonts w:ascii="Arial" w:hAnsi="Arial" w:cs="Arial" w:eastAsia="Arial"/>
          <w:lang w:val="he-IL" w:bidi="he-IL"/>
          <w:sz w:val="24"/>
          <w:rtl/>
          <w:szCs w:val="24"/>
        </w:rPr>
        <w:t xml:space="preserve">      ☐ ב. עוף</w:t>
      </w:r>
    </w:p>
    <w:p>
      <w:pPr>
        <w:bidi/>
        <w:spacing w:after="20"/>
        <w:jc w:val="right"/>
      </w:pPr>
      <w:r>
        <w:rPr>
          <w:rFonts w:ascii="Arial" w:hAnsi="Arial" w:cs="Arial" w:eastAsia="Arial"/>
          <w:lang w:val="he-IL" w:bidi="he-IL"/>
          <w:sz w:val="24"/>
          <w:rtl/>
          <w:szCs w:val="24"/>
        </w:rPr>
        <w:t xml:space="preserve">      ☐ ג. פרי</w:t>
      </w:r>
    </w:p>
    <w:p>
      <w:pPr>
        <w:bidi/>
        <w:spacing w:after="20"/>
        <w:jc w:val="right"/>
      </w:pPr>
      <w:r>
        <w:rPr>
          <w:rFonts w:ascii="Arial" w:hAnsi="Arial" w:cs="Arial" w:eastAsia="Arial"/>
          <w:lang w:val="he-IL" w:bidi="he-IL"/>
          <w:sz w:val="24"/>
          <w:rtl/>
          <w:szCs w:val="24"/>
        </w:rPr>
        <w:t xml:space="preserve">      ☐ ד. צבע</w:t>
      </w:r>
    </w:p>
    <w:p>
      <w:pPr>
        <w:bidi/>
        <w:spacing w:after="20"/>
        <w:jc w:val="right"/>
      </w:pPr>
      <w:r>
        <w:rPr>
          <w:rFonts w:ascii="Arial" w:hAnsi="Arial" w:cs="Arial" w:eastAsia="Arial"/>
          <w:lang w:val="he-IL" w:bidi="he-IL"/>
          <w:b/>
          <w:sz w:val="24"/>
          <w:rtl/>
          <w:szCs w:val="24"/>
          <w:bCs/>
        </w:rPr>
        <w:t>2. מהי המשמעות השנייה של המילה 'הודו'?</w:t>
      </w:r>
    </w:p>
    <w:p>
      <w:pPr>
        <w:bidi/>
        <w:spacing w:after="20"/>
        <w:jc w:val="right"/>
      </w:pPr>
      <w:r>
        <w:rPr>
          <w:rFonts w:ascii="Arial" w:hAnsi="Arial" w:cs="Arial" w:eastAsia="Arial"/>
          <w:lang w:val="he-IL" w:bidi="he-IL"/>
          <w:sz w:val="24"/>
          <w:rtl/>
          <w:szCs w:val="24"/>
        </w:rPr>
        <w:t xml:space="preserve">      ☐ א. עוף</w:t>
      </w:r>
    </w:p>
    <w:p>
      <w:pPr>
        <w:bidi/>
        <w:spacing w:after="20"/>
        <w:jc w:val="right"/>
      </w:pPr>
      <w:r>
        <w:rPr>
          <w:rFonts w:ascii="Arial" w:hAnsi="Arial" w:cs="Arial" w:eastAsia="Arial"/>
          <w:lang w:val="he-IL" w:bidi="he-IL"/>
          <w:sz w:val="24"/>
          <w:rtl/>
          <w:szCs w:val="24"/>
        </w:rPr>
        <w:t xml:space="preserve">      ☐ ב. מדינה</w:t>
      </w:r>
    </w:p>
    <w:p>
      <w:pPr>
        <w:bidi/>
        <w:spacing w:after="20"/>
        <w:jc w:val="right"/>
      </w:pPr>
      <w:r>
        <w:rPr>
          <w:rFonts w:ascii="Arial" w:hAnsi="Arial" w:cs="Arial" w:eastAsia="Arial"/>
          <w:lang w:val="he-IL" w:bidi="he-IL"/>
          <w:sz w:val="24"/>
          <w:rtl/>
          <w:szCs w:val="24"/>
        </w:rPr>
        <w:t xml:space="preserve">      ☐ ג. ירק</w:t>
      </w:r>
    </w:p>
    <w:p>
      <w:pPr>
        <w:bidi/>
        <w:spacing w:after="20"/>
        <w:jc w:val="right"/>
      </w:pPr>
      <w:r>
        <w:rPr>
          <w:rFonts w:ascii="Arial" w:hAnsi="Arial" w:cs="Arial" w:eastAsia="Arial"/>
          <w:lang w:val="he-IL" w:bidi="he-IL"/>
          <w:sz w:val="24"/>
          <w:rtl/>
          <w:szCs w:val="24"/>
        </w:rPr>
        <w:t xml:space="preserve">      ☐ ד. בגד</w:t>
      </w:r>
    </w:p>
    <w:p>
      <w:pPr>
        <w:bidi/>
        <w:spacing w:after="20"/>
        <w:jc w:val="right"/>
      </w:pPr>
      <w:r>
        <w:rPr>
          <w:rFonts w:ascii="Arial" w:hAnsi="Arial" w:cs="Arial" w:eastAsia="Arial"/>
          <w:lang w:val="he-IL" w:bidi="he-IL"/>
          <w:b/>
          <w:sz w:val="24"/>
          <w:rtl/>
          <w:szCs w:val="24"/>
          <w:bCs/>
        </w:rPr>
        <w:t>3. איזו מילה מסתתרת בתוך המילה 'אלמונית'?</w:t>
      </w:r>
    </w:p>
    <w:p>
      <w:pPr>
        <w:bidi/>
        <w:spacing w:after="20"/>
        <w:jc w:val="right"/>
      </w:pPr>
      <w:r>
        <w:rPr>
          <w:rFonts w:ascii="Arial" w:hAnsi="Arial" w:cs="Arial" w:eastAsia="Arial"/>
          <w:lang w:val="he-IL" w:bidi="he-IL"/>
          <w:sz w:val="24"/>
          <w:rtl/>
          <w:szCs w:val="24"/>
        </w:rPr>
        <w:t xml:space="preserve">      ☐ א. מוני (כמו מונית)</w:t>
      </w:r>
    </w:p>
    <w:p>
      <w:pPr>
        <w:bidi/>
        <w:spacing w:after="20"/>
        <w:jc w:val="right"/>
      </w:pPr>
      <w:r>
        <w:rPr>
          <w:rFonts w:ascii="Arial" w:hAnsi="Arial" w:cs="Arial" w:eastAsia="Arial"/>
          <w:lang w:val="he-IL" w:bidi="he-IL"/>
          <w:sz w:val="24"/>
          <w:rtl/>
          <w:szCs w:val="24"/>
        </w:rPr>
        <w:t xml:space="preserve">      ☐ ב. למד</w:t>
      </w:r>
    </w:p>
    <w:p>
      <w:pPr>
        <w:bidi/>
        <w:spacing w:after="20"/>
        <w:jc w:val="right"/>
      </w:pPr>
      <w:r>
        <w:rPr>
          <w:rFonts w:ascii="Arial" w:hAnsi="Arial" w:cs="Arial" w:eastAsia="Arial"/>
          <w:lang w:val="he-IL" w:bidi="he-IL"/>
          <w:sz w:val="24"/>
          <w:rtl/>
          <w:szCs w:val="24"/>
        </w:rPr>
        <w:t xml:space="preserve">      ☐ ג. אלמוג</w:t>
      </w:r>
    </w:p>
    <w:p>
      <w:pPr>
        <w:bidi/>
        <w:spacing w:after="20"/>
        <w:jc w:val="right"/>
      </w:pPr>
      <w:r>
        <w:rPr>
          <w:rFonts w:ascii="Arial" w:hAnsi="Arial" w:cs="Arial" w:eastAsia="Arial"/>
          <w:lang w:val="he-IL" w:bidi="he-IL"/>
          <w:sz w:val="24"/>
          <w:rtl/>
          <w:szCs w:val="24"/>
        </w:rPr>
        <w:t xml:space="preserve">      ☐ ד. מילה</w:t>
      </w:r>
    </w:p>
    <w:p>
      <w:pPr>
        <w:bidi/>
        <w:spacing w:after="20"/>
        <w:jc w:val="right"/>
      </w:pPr>
      <w:r>
        <w:rPr>
          <w:rFonts w:ascii="Arial" w:hAnsi="Arial" w:cs="Arial" w:eastAsia="Arial"/>
          <w:lang w:val="he-IL" w:bidi="he-IL"/>
          <w:b/>
          <w:sz w:val="24"/>
          <w:rtl/>
          <w:szCs w:val="24"/>
          <w:bCs/>
        </w:rPr>
        <w:t>4. המילה 'מעוצב' יכולה להתייחס ל...</w:t>
      </w:r>
    </w:p>
    <w:p>
      <w:pPr>
        <w:bidi/>
        <w:spacing w:after="20"/>
        <w:jc w:val="right"/>
      </w:pPr>
      <w:r>
        <w:rPr>
          <w:rFonts w:ascii="Arial" w:hAnsi="Arial" w:cs="Arial" w:eastAsia="Arial"/>
          <w:lang w:val="he-IL" w:bidi="he-IL"/>
          <w:sz w:val="24"/>
          <w:rtl/>
          <w:szCs w:val="24"/>
        </w:rPr>
        <w:t xml:space="preserve">      ☐ א. שיער בלבד</w:t>
      </w:r>
    </w:p>
    <w:p>
      <w:pPr>
        <w:bidi/>
        <w:spacing w:after="20"/>
        <w:jc w:val="right"/>
      </w:pPr>
      <w:r>
        <w:rPr>
          <w:rFonts w:ascii="Arial" w:hAnsi="Arial" w:cs="Arial" w:eastAsia="Arial"/>
          <w:lang w:val="he-IL" w:bidi="he-IL"/>
          <w:sz w:val="24"/>
          <w:rtl/>
          <w:szCs w:val="24"/>
        </w:rPr>
        <w:t xml:space="preserve">      ☐ ב. עוגה בלבד</w:t>
      </w:r>
    </w:p>
    <w:p>
      <w:pPr>
        <w:bidi/>
        <w:spacing w:after="20"/>
        <w:jc w:val="right"/>
      </w:pPr>
      <w:r>
        <w:rPr>
          <w:rFonts w:ascii="Arial" w:hAnsi="Arial" w:cs="Arial" w:eastAsia="Arial"/>
          <w:lang w:val="he-IL" w:bidi="he-IL"/>
          <w:sz w:val="24"/>
          <w:rtl/>
          <w:szCs w:val="24"/>
        </w:rPr>
        <w:t xml:space="preserve">      ☐ ג. גינה בלבד</w:t>
      </w:r>
    </w:p>
    <w:p>
      <w:pPr>
        <w:bidi/>
        <w:spacing w:after="20"/>
        <w:jc w:val="right"/>
      </w:pPr>
      <w:r>
        <w:rPr>
          <w:rFonts w:ascii="Arial" w:hAnsi="Arial" w:cs="Arial" w:eastAsia="Arial"/>
          <w:lang w:val="he-IL" w:bidi="he-IL"/>
          <w:sz w:val="24"/>
          <w:rtl/>
          <w:szCs w:val="24"/>
        </w:rPr>
        <w:t xml:space="preserve">      ☐ ד. כל התשובות נכונות</w:t>
      </w:r>
    </w:p>
    <w:p>
      <w:pPr>
        <w:bidi/>
        <w:spacing w:after="20"/>
        <w:jc w:val="right"/>
      </w:pPr>
      <w:r>
        <w:rPr>
          <w:rFonts w:ascii="Arial" w:hAnsi="Arial" w:cs="Arial" w:eastAsia="Arial"/>
          <w:lang w:val="he-IL" w:bidi="he-IL"/>
          <w:b/>
          <w:sz w:val="24"/>
          <w:rtl/>
          <w:szCs w:val="24"/>
          <w:bCs/>
        </w:rPr>
        <w:t>5. איזו משמעות כפולה יש למילה 'כנף' לפי התמונה?</w:t>
      </w:r>
    </w:p>
    <w:p>
      <w:pPr>
        <w:bidi/>
        <w:spacing w:after="20"/>
        <w:jc w:val="right"/>
      </w:pPr>
      <w:r>
        <w:rPr>
          <w:rFonts w:ascii="Arial" w:hAnsi="Arial" w:cs="Arial" w:eastAsia="Arial"/>
          <w:lang w:val="he-IL" w:bidi="he-IL"/>
          <w:sz w:val="24"/>
          <w:rtl/>
          <w:szCs w:val="24"/>
        </w:rPr>
        <w:t xml:space="preserve">      ☐ א. איבר של ציפור וגם חלק במטוס</w:t>
      </w:r>
    </w:p>
    <w:p>
      <w:pPr>
        <w:bidi/>
        <w:spacing w:after="20"/>
        <w:jc w:val="right"/>
      </w:pPr>
      <w:r>
        <w:rPr>
          <w:rFonts w:ascii="Arial" w:hAnsi="Arial" w:cs="Arial" w:eastAsia="Arial"/>
          <w:lang w:val="he-IL" w:bidi="he-IL"/>
          <w:sz w:val="24"/>
          <w:rtl/>
          <w:szCs w:val="24"/>
        </w:rPr>
        <w:t xml:space="preserve">      ☐ ב. חלק ברכב</w:t>
      </w:r>
    </w:p>
    <w:p>
      <w:pPr>
        <w:bidi/>
        <w:spacing w:after="20"/>
        <w:jc w:val="right"/>
      </w:pPr>
      <w:r>
        <w:rPr>
          <w:rFonts w:ascii="Arial" w:hAnsi="Arial" w:cs="Arial" w:eastAsia="Arial"/>
          <w:lang w:val="he-IL" w:bidi="he-IL"/>
          <w:sz w:val="24"/>
          <w:rtl/>
          <w:szCs w:val="24"/>
        </w:rPr>
        <w:t xml:space="preserve">      ☐ ג. סוג בגד</w:t>
      </w:r>
    </w:p>
    <w:p>
      <w:pPr>
        <w:bidi/>
        <w:spacing w:after="20"/>
        <w:jc w:val="right"/>
      </w:pPr>
      <w:r>
        <w:rPr>
          <w:rFonts w:ascii="Arial" w:hAnsi="Arial" w:cs="Arial" w:eastAsia="Arial"/>
          <w:lang w:val="he-IL" w:bidi="he-IL"/>
          <w:sz w:val="24"/>
          <w:rtl/>
          <w:szCs w:val="24"/>
        </w:rPr>
        <w:t xml:space="preserve">      ☐ ד. כלי נגינה</w:t>
      </w:r>
    </w:p>
    <w:p>
      <w:pPr>
        <w:bidi/>
        <w:spacing w:after="20"/>
        <w:jc w:val="right"/>
      </w:pPr>
      <w:r>
        <w:rPr>
          <w:rFonts w:ascii="Arial" w:hAnsi="Arial" w:cs="Arial" w:eastAsia="Arial"/>
          <w:lang w:val="he-IL" w:bidi="he-IL"/>
          <w:b/>
          <w:sz w:val="24"/>
          <w:rtl/>
          <w:szCs w:val="24"/>
          <w:bCs/>
        </w:rPr>
        <w:t>6. איזו מילה יכולה להתייחס גם לאיבר בגוף וגם למעיין מים?</w:t>
      </w:r>
    </w:p>
    <w:p>
      <w:pPr>
        <w:bidi/>
        <w:spacing w:after="20"/>
        <w:jc w:val="right"/>
      </w:pPr>
      <w:r>
        <w:rPr>
          <w:rFonts w:ascii="Arial" w:hAnsi="Arial" w:cs="Arial" w:eastAsia="Arial"/>
          <w:lang w:val="he-IL" w:bidi="he-IL"/>
          <w:sz w:val="24"/>
          <w:rtl/>
          <w:szCs w:val="24"/>
        </w:rPr>
        <w:t xml:space="preserve">      ☐ א. עין</w:t>
      </w:r>
    </w:p>
    <w:p>
      <w:pPr>
        <w:bidi/>
        <w:spacing w:after="20"/>
        <w:jc w:val="right"/>
      </w:pPr>
      <w:r>
        <w:rPr>
          <w:rFonts w:ascii="Arial" w:hAnsi="Arial" w:cs="Arial" w:eastAsia="Arial"/>
          <w:lang w:val="he-IL" w:bidi="he-IL"/>
          <w:sz w:val="24"/>
          <w:rtl/>
          <w:szCs w:val="24"/>
        </w:rPr>
        <w:t xml:space="preserve">      ☐ ב. יד</w:t>
      </w:r>
    </w:p>
    <w:p>
      <w:pPr>
        <w:bidi/>
        <w:spacing w:after="20"/>
        <w:jc w:val="right"/>
      </w:pPr>
      <w:r>
        <w:rPr>
          <w:rFonts w:ascii="Arial" w:hAnsi="Arial" w:cs="Arial" w:eastAsia="Arial"/>
          <w:lang w:val="he-IL" w:bidi="he-IL"/>
          <w:sz w:val="24"/>
          <w:rtl/>
          <w:szCs w:val="24"/>
        </w:rPr>
        <w:t xml:space="preserve">      ☐ ג. רגל</w:t>
      </w:r>
    </w:p>
    <w:p>
      <w:pPr>
        <w:bidi/>
        <w:spacing w:after="20"/>
        <w:jc w:val="right"/>
      </w:pPr>
      <w:r>
        <w:rPr>
          <w:rFonts w:ascii="Arial" w:hAnsi="Arial" w:cs="Arial" w:eastAsia="Arial"/>
          <w:lang w:val="he-IL" w:bidi="he-IL"/>
          <w:sz w:val="24"/>
          <w:rtl/>
          <w:szCs w:val="24"/>
        </w:rPr>
        <w:t xml:space="preserve">      ☐ ד. אוזן</w:t>
      </w:r>
    </w:p>
    <w:p>
      <w:pPr>
        <w:bidi/>
        <w:spacing w:after="20"/>
        <w:jc w:val="right"/>
      </w:pPr>
      <w:r>
        <w:rPr>
          <w:rFonts w:ascii="Arial" w:hAnsi="Arial" w:cs="Arial" w:eastAsia="Arial"/>
          <w:lang w:val="he-IL" w:bidi="he-IL"/>
          <w:b/>
          <w:sz w:val="24"/>
          <w:rtl/>
          <w:szCs w:val="24"/>
          <w:bCs/>
        </w:rPr>
        <w:t>7. במילה שמוצגת עם 'אחים' (אש), איזה פירוש נוסף יש לה בתמונה?</w:t>
      </w:r>
    </w:p>
    <w:p>
      <w:pPr>
        <w:bidi/>
        <w:spacing w:after="20"/>
        <w:jc w:val="right"/>
      </w:pPr>
      <w:r>
        <w:rPr>
          <w:rFonts w:ascii="Arial" w:hAnsi="Arial" w:cs="Arial" w:eastAsia="Arial"/>
          <w:lang w:val="he-IL" w:bidi="he-IL"/>
          <w:sz w:val="24"/>
          <w:rtl/>
          <w:szCs w:val="24"/>
        </w:rPr>
        <w:t xml:space="preserve">      ☐ א. אח במשפחה בלבד</w:t>
      </w:r>
    </w:p>
    <w:p>
      <w:pPr>
        <w:bidi/>
        <w:spacing w:after="20"/>
        <w:jc w:val="right"/>
      </w:pPr>
      <w:r>
        <w:rPr>
          <w:rFonts w:ascii="Arial" w:hAnsi="Arial" w:cs="Arial" w:eastAsia="Arial"/>
          <w:lang w:val="he-IL" w:bidi="he-IL"/>
          <w:sz w:val="24"/>
          <w:rtl/>
          <w:szCs w:val="24"/>
        </w:rPr>
        <w:t xml:space="preserve">      ☐ ב. אש בלבד</w:t>
      </w:r>
    </w:p>
    <w:p>
      <w:pPr>
        <w:bidi/>
        <w:spacing w:after="20"/>
        <w:jc w:val="right"/>
      </w:pPr>
      <w:r>
        <w:rPr>
          <w:rFonts w:ascii="Arial" w:hAnsi="Arial" w:cs="Arial" w:eastAsia="Arial"/>
          <w:lang w:val="he-IL" w:bidi="he-IL"/>
          <w:sz w:val="24"/>
          <w:rtl/>
          <w:szCs w:val="24"/>
        </w:rPr>
        <w:t xml:space="preserve">      ☐ ג. שני הפירושים ביחד</w:t>
      </w:r>
    </w:p>
    <w:p>
      <w:pPr>
        <w:bidi/>
        <w:spacing w:after="20"/>
        <w:jc w:val="right"/>
      </w:pPr>
      <w:r>
        <w:rPr>
          <w:rFonts w:ascii="Arial" w:hAnsi="Arial" w:cs="Arial" w:eastAsia="Arial"/>
          <w:lang w:val="he-IL" w:bidi="he-IL"/>
          <w:sz w:val="24"/>
          <w:rtl/>
          <w:szCs w:val="24"/>
        </w:rPr>
        <w:t xml:space="preserve">      ☐ ד. אף אחד מהם</w:t>
      </w:r>
    </w:p>
    <w:p>
      <w:pPr>
        <w:bidi/>
        <w:spacing w:after="20"/>
        <w:jc w:val="right"/>
      </w:pPr>
      <w:r>
        <w:rPr>
          <w:rFonts w:ascii="Arial" w:hAnsi="Arial" w:cs="Arial" w:eastAsia="Arial"/>
          <w:lang w:val="he-IL" w:bidi="he-IL"/>
          <w:b/>
          <w:sz w:val="24"/>
          <w:rtl/>
          <w:szCs w:val="24"/>
          <w:bCs/>
        </w:rPr>
        <w:t>8. מה עושה ה'מפיק' במילה כמו 'ארצה'?</w:t>
      </w:r>
    </w:p>
    <w:p>
      <w:pPr>
        <w:bidi/>
        <w:spacing w:after="20"/>
        <w:jc w:val="right"/>
      </w:pPr>
      <w:r>
        <w:rPr>
          <w:rFonts w:ascii="Arial" w:hAnsi="Arial" w:cs="Arial" w:eastAsia="Arial"/>
          <w:lang w:val="he-IL" w:bidi="he-IL"/>
          <w:sz w:val="24"/>
          <w:rtl/>
          <w:szCs w:val="24"/>
        </w:rPr>
        <w:t xml:space="preserve">      ☐ א. משנה את המשמעות של המילה</w:t>
      </w:r>
    </w:p>
    <w:p>
      <w:pPr>
        <w:bidi/>
        <w:spacing w:after="20"/>
        <w:jc w:val="right"/>
      </w:pPr>
      <w:r>
        <w:rPr>
          <w:rFonts w:ascii="Arial" w:hAnsi="Arial" w:cs="Arial" w:eastAsia="Arial"/>
          <w:lang w:val="he-IL" w:bidi="he-IL"/>
          <w:sz w:val="24"/>
          <w:rtl/>
          <w:szCs w:val="24"/>
        </w:rPr>
        <w:t xml:space="preserve">      ☐ ב. לא משנה כלום</w:t>
      </w:r>
    </w:p>
    <w:p>
      <w:pPr>
        <w:bidi/>
        <w:spacing w:after="20"/>
        <w:jc w:val="right"/>
      </w:pPr>
      <w:r>
        <w:rPr>
          <w:rFonts w:ascii="Arial" w:hAnsi="Arial" w:cs="Arial" w:eastAsia="Arial"/>
          <w:lang w:val="he-IL" w:bidi="he-IL"/>
          <w:sz w:val="24"/>
          <w:rtl/>
          <w:szCs w:val="24"/>
        </w:rPr>
        <w:t xml:space="preserve">      ☐ ג. מבטל את המילה</w:t>
      </w:r>
    </w:p>
    <w:p>
      <w:pPr>
        <w:bidi/>
        <w:spacing w:after="20"/>
        <w:jc w:val="right"/>
      </w:pPr>
      <w:r>
        <w:rPr>
          <w:rFonts w:ascii="Arial" w:hAnsi="Arial" w:cs="Arial" w:eastAsia="Arial"/>
          <w:lang w:val="he-IL" w:bidi="he-IL"/>
          <w:sz w:val="24"/>
          <w:rtl/>
          <w:szCs w:val="24"/>
        </w:rPr>
        <w:t xml:space="preserve">      ☐ ד. הופך לשאלה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מפיק הוא נקודה קטנה שיכולה לשנות את משמעות המילה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המילים 'עם' ו'אם' נשמעות דומה בגלל האותיות ע' ו-א'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המילה 'החלקה' יכולה להתייחס רק להחלקה על קרח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המילה 'נגיד' יכולה להיות גם תפקיד וגם צורת פועל בעתיד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מילה כפולת משמעות היא מילה שיש לה פירוש אחד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ההקשר במשפט עוזר להבין איזו משמעות של המילה מתאימה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__________ יכולה להיות גם מדינה באסיה וגם סוג של עוף</w:t>
      </w:r>
    </w:p>
    <w:p>
      <w:pPr>
        <w:bidi/>
        <w:spacing w:after="80"/>
        <w:jc w:val="right"/>
      </w:pPr>
      <w:r>
        <w:rPr>
          <w:rFonts w:ascii="Arial" w:hAnsi="Arial" w:cs="Arial" w:eastAsia="Arial"/>
          <w:lang w:val="he-IL" w:bidi="he-IL"/>
          <w:sz w:val="24"/>
          <w:rtl/>
          <w:szCs w:val="24"/>
        </w:rPr>
        <w:t>2. המילה __________ יכולה להיות גם איבר בגוף לראייה וגם מעיין מים</w:t>
      </w:r>
    </w:p>
    <w:p>
      <w:pPr>
        <w:bidi/>
        <w:spacing w:after="80"/>
        <w:jc w:val="right"/>
      </w:pPr>
      <w:r>
        <w:rPr>
          <w:rFonts w:ascii="Arial" w:hAnsi="Arial" w:cs="Arial" w:eastAsia="Arial"/>
          <w:lang w:val="he-IL" w:bidi="he-IL"/>
          <w:sz w:val="24"/>
          <w:rtl/>
          <w:szCs w:val="24"/>
        </w:rPr>
        <w:t>3. הנקודה הקטנה מתחת לאות ה' נקראת __________</w:t>
      </w:r>
    </w:p>
    <w:p>
      <w:pPr>
        <w:bidi/>
        <w:spacing w:after="80"/>
        <w:jc w:val="right"/>
      </w:pPr>
      <w:r>
        <w:rPr>
          <w:rFonts w:ascii="Arial" w:hAnsi="Arial" w:cs="Arial" w:eastAsia="Arial"/>
          <w:lang w:val="he-IL" w:bidi="he-IL"/>
          <w:sz w:val="24"/>
          <w:rtl/>
          <w:szCs w:val="24"/>
        </w:rPr>
        <w:t>4. המילה __________ יכולה להתייחס גם לתספורת ישרה וגם לגלישה על הקרח</w:t>
      </w:r>
    </w:p>
    <w:p>
      <w:pPr>
        <w:bidi/>
        <w:spacing w:after="80"/>
        <w:jc w:val="right"/>
      </w:pPr>
      <w:r>
        <w:rPr>
          <w:rFonts w:ascii="Arial" w:hAnsi="Arial" w:cs="Arial" w:eastAsia="Arial"/>
          <w:lang w:val="he-IL" w:bidi="he-IL"/>
          <w:sz w:val="24"/>
          <w:rtl/>
          <w:szCs w:val="24"/>
        </w:rPr>
        <w:t>5. המילה __________ יכולה להיות גם איבר של ציפור וגם חלק במטוס</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מילה לשתי המשמעויות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הודו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איבר של ציפור / חלק במטוס</w:t>
            </w:r>
          </w:p>
        </w:tc>
      </w:tr>
      <w:tr>
        <w:tc>
          <w:tcPr>
            <w:tcW w:type="dxa" w:w="3969"/>
          </w:tcPr>
          <w:p>
            <w:pPr>
              <w:bidi/>
              <w:jc w:val="right"/>
            </w:pPr>
            <w:r>
              <w:rPr>
                <w:rFonts w:ascii="Arial" w:hAnsi="Arial" w:cs="Arial" w:eastAsia="Arial"/>
                <w:lang w:val="he-IL" w:bidi="he-IL"/>
                <w:sz w:val="24"/>
                <w:rtl/>
                <w:szCs w:val="24"/>
              </w:rPr>
              <w:t>2. עין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תספורת ישרה / גלישה על קרח</w:t>
            </w:r>
          </w:p>
        </w:tc>
      </w:tr>
      <w:tr>
        <w:tc>
          <w:tcPr>
            <w:tcW w:type="dxa" w:w="3969"/>
          </w:tcPr>
          <w:p>
            <w:pPr>
              <w:bidi/>
              <w:jc w:val="right"/>
            </w:pPr>
            <w:r>
              <w:rPr>
                <w:rFonts w:ascii="Arial" w:hAnsi="Arial" w:cs="Arial" w:eastAsia="Arial"/>
                <w:lang w:val="he-IL" w:bidi="he-IL"/>
                <w:sz w:val="24"/>
                <w:rtl/>
                <w:szCs w:val="24"/>
              </w:rPr>
              <w:t>3. כנף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ראש בנק ישראל / צורת עתיד של להגיד</w:t>
            </w:r>
          </w:p>
        </w:tc>
      </w:tr>
      <w:tr>
        <w:tc>
          <w:tcPr>
            <w:tcW w:type="dxa" w:w="3969"/>
          </w:tcPr>
          <w:p>
            <w:pPr>
              <w:bidi/>
              <w:jc w:val="right"/>
            </w:pPr>
            <w:r>
              <w:rPr>
                <w:rFonts w:ascii="Arial" w:hAnsi="Arial" w:cs="Arial" w:eastAsia="Arial"/>
                <w:lang w:val="he-IL" w:bidi="he-IL"/>
                <w:sz w:val="24"/>
                <w:rtl/>
                <w:szCs w:val="24"/>
              </w:rPr>
              <w:t>4. נגיד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איבר בגוף לראייה / מעיין מים</w:t>
            </w:r>
          </w:p>
        </w:tc>
      </w:tr>
      <w:tr>
        <w:tc>
          <w:tcPr>
            <w:tcW w:type="dxa" w:w="3969"/>
          </w:tcPr>
          <w:p>
            <w:pPr>
              <w:bidi/>
              <w:jc w:val="right"/>
            </w:pPr>
            <w:r>
              <w:rPr>
                <w:rFonts w:ascii="Arial" w:hAnsi="Arial" w:cs="Arial" w:eastAsia="Arial"/>
                <w:lang w:val="he-IL" w:bidi="he-IL"/>
                <w:sz w:val="24"/>
                <w:rtl/>
                <w:szCs w:val="24"/>
              </w:rPr>
              <w:t>5. החלקה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מדינה באסיה / סוג עוף</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נכון לפתרון חידה בתמונה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קוראים את הרמז הכתוב ליד התמונה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מסתכלים בתמונה ומנסים להבין מה רואים בה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לוחצים על הכפתור 'גלו' כדי לבדוק את התשובה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בודקים אם הניחוש התאים לתשובה הנכונה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חושבים על שתי משמעויות אפשריות למילה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והסבר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המילה 'אלמונית' יכולה להסתיר בתוכה את המילה 'מוני' (כמו מונית), ולמה זה מצחיק בתמונה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מהו ההבדל בין המילה 'ערב' כזמן ביום לבין מילה אחרת שנשמעת דומה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כתבו מילה אחת כפולת משמעות ושתי המשמעויות שלה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תפקיד ההקשר בהבנת מילה כפולת משמעות?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למילה שמשנה משמעות בגלל מפיק</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מילים כפולות משמעות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